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הפעולות הנכון בתרגיל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תרגילים עם סוגריים, כפל, 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בסדר הפעולות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באותה דרגה, פותרים אותם לפי הסדר משמאל לימין.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הסוגריים הם הפעולה הראשונה שפותרים.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אם יש סוגריים בתרגיל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 את מה שבתוך הסוגריים, אם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פתרו כפל וחילוק לפי הסדר משמאל לימין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לפתור קודם את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באותה דרגה, פותרים אותם משמאל לימין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להזכיר את דוגמת הפתרון מהעמוד: 120 − 24 : 6 ×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לסמן בעיפרון קשת מעל הפעולה הראשונה בכל תרגיל, כפי שמוצע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'הסבירו את הטעות' כדאי לדון בו בעל פה לפני הכתיבה, כדי לחזק את ההבנה המושגית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בתרגיל חשבון עם כמה פעולות יש סדר קבוע לפתרון: קודם סוגריים, אחר כך כפל וחילוק משמאל לימין, ולבסוף חיבור וחיסור משמאל לימין. דף זה מתרגל את הכלל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סוגריים  ·  ימין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פתרו: 36 : 6 + 8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פתרו: 20 − 2 × 5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כשיש בתרגיל גם כפל וגם חילוק בלי סוגריים, פותרים קודם את הכפל.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שבתוך הסוגריים פותרים תמיד לפני כל פעולה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8 × (3 + 2), קודם פותרים את מה שבתוך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כפל וחילוק פותרים לפי הסדר משמאל ל__________.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הפתרון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 כפל וחילוק לפי הסדר משמאל לימין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אם יש סוגריים בתרגיל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 את מה שבתוך הסוגריים, אם 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התשובה הנכונה לתרגיל של נועם: 30 − 10 :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הפעולה הראשונה שפותרים כאשר יש סוגריים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פתרו: 40 − 8 × 3 = 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