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הפעולות הנכון בתרגיל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תרגילים עם סוגריים, כפל, 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טעויות נפוצות בסדר הפעולות ולתקן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92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באותה דרגה, פותרים אותם לפי הסדר משמאל לימין.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הסוגריים הם הפעולה הראשונה שפותרים.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חיבור וחיסור הם באותה דרגה, ופותרים אותם לפי הסדר.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קודם פותרים את הכפל: 2×3=6, ואז מוסיפים: 10+6=16.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סדר פעולות קבוע שחייבים לשמור עליו גם בלי סוגריים.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הפתרון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יש סוגריים בתרגיל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 את מה שבתוך הסוגריים, אם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פתרו כפל וחילוק לפי הסדר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 חיבור וחיסור לפי הסדר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שהתוצאה הסופית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את 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נועם חיסר קודם ואז חילק, אבל צריך לחלק קודם: 10:2=5, ואז 30-5=25.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לפתור קודם את הסוגריים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באותה דרגה, פותרים אותם משמאל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להזכיר את דוגמת הפתרון מהעמוד: 120 − 24 : 6 ×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לסמן בעיפרון קשת מעל הפעולה הראשונה בכל תרגיל, כפי שמוצע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חלק 'הסבירו את הטעות' כדאי לדון בו בעל פה לפני הכתיבה, כדי לחזק את ההבנה המושגית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כשיש בתרגיל כמה פעולות, יש סדר קבוע: קודם סוגריים, אחר כך כפל וחילוק, ואז חיבור וחיסור. כל פעם פותרים משמאל לימין.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שאומר באיזה סדר פותרים תרגיל עם כמה פעולות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שבתוכם פותרים תמיד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הכפלה, למשל 3×4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חלוקה, למשל 12:3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הוספה, למשל 5+2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הפחתה, למשל 9-4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משמאל לימין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הכיוון שבו פותרים פעולות באותה דרגה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אותה דרגה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וחילוק הם באותה דרגה, וכך גם חיבור וחיסור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36 חלקי 6 ועוד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זה 20 פחות 2 כפול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זה 5 ועוד 3 כפול 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זה 9 ועוד 3, הכל כפול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זה 100 פחות 24 חלקי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בתרגיל גם כפל וגם חילוק בלי סוגריים, פותרים קודם את הכפל.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שבתוך הסוגריים פותרים תמיד לפני כל פעולה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וחיסור פותרים לפי הסדר שבו הם מופיעים, משמאל לימין.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10 + 2 × 3 התוצאה היא 36.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סוגריים בתרגיל, אפשר לפתור אותו בכל סדר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8 × (3 + 2), קודם פותרים את מה שבתוך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כפל וחילוק פותרים לפי הסדר משמאל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בתרגיל 50 − 10 : 5, קודם מבצעים __________ ואז חיסור.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6 + 4 × 2, התוצאה הסופית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הפתרון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חיבור וחיסור לפי הסדר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כפל וחילוק לפי הסדר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שהתוצאה הסופית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סוגריים בתרגיל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את מה שבתוך הסוגריים, אם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נועם פתר 30 − 10 : 2 וקיבל 10. מה הייתה הטעות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התשובה הנכונה לתרגיל של נועם: 30 − 10 : 2?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הפעולה הראשונה שפותרים כאשר יש סוגריים בתרגיל?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פתרו: 40 − 8 × 3 = 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לגבי כפל וחילוק כשאין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פעולות 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